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br/>
        <w:t>REFORMING MONEY AND BANKING:</w:t>
        <w:br/>
        <w:t xml:space="preserve">  Money is and always have been a very powerful resource for human to achieve their needs and wants. During the stone ages the concept of money was far away from the people living . During those times it used to be the survival of the fittest . They used to hunt and survive for themselves and their families in the wild . The survival of fittest was very likely . But as the population grew , the concept of exchanging goods came into action . People as families who were more saturated in one good exchanged it with those who were saturated in other. And that's how the system kept going . With the passing time , there was observed a very much increase in the global population which ended up resulting in the scarcity of resources and food . the world began to communicate with each other and trading started to come in action nationally as well as internationally . </w:t>
        <w:br/>
        <w:t xml:space="preserve">But with all these exchanges the wise people of that time thought to establish a system of currency where the could easily take the things of their needs and wants of those . And with that the concept of  currency was made and came into being . </w:t>
      </w:r>
    </w:p>
    <w:p>
      <w:r>
        <w:t xml:space="preserve">From then onwards trading and businesses among human became more popular and the market value of money started to rise nationally as well as internationally. The economy of many countries started to rise by importing the goods they were most efficient and best at developing . There was seen the rise in economy during these times. But when there comes power , there comes greed as well. Money was no longer seen as a resource for having their needs and wants but rather it became a symbol of power, a symbol for elites to show off their strength and  rule over the common people. During the late 16th century , the colonization started from the formation of East India company and lead to colonization of America , Africa and most of Asia which ended up becoming the worlds largest empire by the 1900s. During post World War-II a major rise and peak in the economical condition was observed which is now remembered as the "Golden Age of Capitalism". But as they say "When there's highs there's also lows" .After the colonization and war season ended , the economy started to meet its downfall. Countries became indebted to other countries and the political fall and democracy also began. Capitalism shook the world to its core after some decades. People started to become more hungry for power than ever . The international depth started to pile up along with the interest and the value to currency started to skyrocket. And now thee amount is more than one can ever imagine. As dollar became the international currency of exchange due to an agreement signed in 1944which back-fired other currencies and made dollar the most strongest one globally which comparatively made value of other currencies comparatively less . And dollar has been a means of trade internationally ever since then. </w:t>
      </w:r>
    </w:p>
    <w:p>
      <w:r>
        <w:t xml:space="preserve">To solve this issue the top countries came together to propose another means of currency called BRICS which was ideally proposed by Brazil, Russia, India, China and South Africa but as of 2024 more members for this project same together and Indonesia also became its tenth member as well . Launching an international currency like this would end up lowering the international value of USDs (dollar)  that could result in stabilizing economies of other countries as well .However this project is still on going and its latest prototype was released dec of 2025.This project may tale a lot of time and in my opinion it still has some defects, because launching a currency together would mean that it would only profit BRIC countries meanwhile the others will still be facing their economic downfall. </w:t>
        <w:br/>
        <w:t>Point to note that these are only hypothesis that we are observing or can say as nothing has properly launched yet and there can be no confirmation yet. As we all know that this job is for the economist and analyst to  calculate the pros and cons of this project and also the effect it can have on global economy as well as  the economy for people in the middle east and other under developed countries.</w:t>
      </w:r>
    </w:p>
    <w:p>
      <w:r>
        <w:t xml:space="preserve">The earth is in depth of approximately dept of 338 trillion dollars collectively . This depth includes all kinds of dept including national depth as well as federal and state dept etc. Comparing this to the 1990s the world was in 1 lil over 2 trillion dollar . This is almost more that 200 percent of it more  than it was back then . So what exactly happened in these six decades that the world owes more than 200 percent of what it owed 60 years prior. </w:t>
        <w:br/>
        <w:t xml:space="preserve">The exact answer is quite difficult to pin point as I'm only a student and not in the finance or world economic or analyst experts but i do have an opinion on this matter . The answer lies in less scarcity i suppose. Let me explain what i just said . A little over half a century ago , the economy was not very stable  and resources were not quite available for quite yet everybody . Due to less technology and scarcity in resources of money , food and education these things were considered sacred but as the big wars season ended people leaned more towards the economy , started business and  finance. Countries seemed to stabilize and people focused on their finances and towards settlement. During these ages , future global superpowers also seemed to came into being like China . After the nuclear war of Japan and America , Japan was left traumatized and had to rebuild themselves with scratch themselves and later came into one of the rising global economies of the world. So due to major market development and financial crisis and other aspects as well . the countries started to owe other countries resulting in owing huge amounts of global dept. </w:t>
      </w:r>
    </w:p>
    <w:p>
      <w:r>
        <w:t>That where the issue started to form and now we can see the results. homelessness , world hunger and many other issued that were never even there to begin with , even after reaching such level of economic stability , these issues are yet to solve . As well as the fact that there are more billionaires in the system that ever existed at the same time , Thai alone tells us bout how the money is scared at one place instead of being circulated among the different classes of society so that people can live easily and dept free.</w:t>
      </w:r>
    </w:p>
    <w:p>
      <w:r>
        <w:t>The poor cant start a business because it has no liability and if he has no liability he has no surety and if he has no surety that means that the bank cant trust him to give a large sum of money to start his life with which means that he cant get anywhere due to this system even if he wants to . his only bad luck is that he's poor. So in a world full of orphans being mistreated and in a world full of homeless people and in a world full of injustice , why don't we do something that can help us solve this issue because it hurts the economy more by homelessness than by providing the opportunities to people of those in need.</w:t>
      </w:r>
    </w:p>
    <w:p>
      <w:r>
        <w:t>And for that we have to change firstly ourselves and then our system because if we cant fix ourselves , we cant fix anything. Now as we live in pakistam , most of the majority of population is Muslim and the laws of the state must also be on the just rules of islam and by that i mean interest free ocuntry. in our deen it is prohibited to take interest of nay sort and i think this the very main issue here. That the instituions and by intitutions i especially mean the banking system of our country . If we develop an interest free system that also DOES NOT takes bribes etc , our country will be in a much betterstate financially that it already is .</w:t>
      </w:r>
    </w:p>
    <w:p>
      <w:r>
        <w:t>During the golden ages of Islam , there was Barkat , there was abundance and most importantly there was peace in mids an hearts of the people. During the reign of Hazrat Ali (R.A), people used to yell in the streets that if someone needs zakat they can come out and take it . That was the level of stability our Islamic big personalities and teachers had gained without any banking system or some fancy equipment ,terminologies or ideas .</w:t>
      </w:r>
    </w:p>
    <w:p>
      <w:r>
        <w:t xml:space="preserve">On national level, this approach can be easily implemented as this is an Islamic state but as we all know , this earth is not divided . We are interlinked with each other. Every action that a person takes has an effect on the every other thing . Scientist have called this the "butterfly effect". This effect tells us that the flap of a butterflies wings can cause a storm miles away from it . This effect tells us  that each and every minor action can end up having great great results in the coming future . By telling this i mean that all the countries have to work together in order to reforming the money and making people realize that money is  not a status of power instead its just a resource to get people close of their needs. </w:t>
        <w:br/>
        <w:t>That is why due to rising current economic and financial issues occuring not on a regional or national level but on a global level, a new effective and guaranteed system must be introduced that is experenmented by analyst and economics that can potentially decrease modern issues rising and contibute among the issues occuring .</w:t>
        <w:br/>
        <w:t>But for this to work out only contibution of some people is not effective and wont do any good in the long run even if some put a large amount of effort in it . For this system to workout each and every human of the planet plays a role because revolution is not caused in a day or two or by a few or even group of people. it takes time ,effort and love , just like a baby that came out of woumb , its weak , new and fresh . We as a nation has to  nuture it and keep on contributing so our future generations can live in peace because the burden we dont carry , our future generations have to carry it much more than we are .</w:t>
        <w:br/>
        <w:t>So lets spread awarness and unite , not as muslims, not as a community , not as a nation but as human being who are trying to make this a better place to live to prove that not all hope is lost . There's still good even in a lot of bad . That no matter how long the night is , there is always light...</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