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8"/>
        </w:rPr>
        <w:t>ARTICLE WRITING COMPETITION 2025</w:t>
      </w:r>
    </w:p>
    <w:p>
      <w:pPr>
        <w:jc w:val="center"/>
      </w:pPr>
      <w:r>
        <w:rPr>
          <w:b/>
          <w:sz w:val="26"/>
        </w:rPr>
        <w:t>عنوان:- زکوٰۃ پر مبنی نظام: عدل ، معاشی ترقی اور فلاح عامہ کے لیے</w:t>
      </w:r>
    </w:p>
    <w:p>
      <w:r>
        <w:br/>
        <w:t>ہم جب تاریخ انسانی کا مطالعہ کرتے ہیں تو فرد سے ملت تک ہر ایک نے اپنی عافیت اور برتری معاشی خوشحالی میں ہی پائی اور اسی برتری کے حصول کیلئے دنیا نے مختلف نظریات اور طور طریقوں کے علاؤہ جنگیں ، شازشیں اور بےشمار ہلاکتیں تک دیکھیں ہیں ۔</w:t>
        <w:br/>
        <w:br/>
        <w:t>انسانی تاریخ یہ گواہی  بھی دیتی ہے کہ معاشی استحکام کے بغیر کوئی قوم پائیدار ترقی حاصل نہیں کرسکتی ۔</w:t>
        <w:br/>
        <w:br/>
        <w:t>جدید ماہر معاشیات جیسے جان مینارڈ کئیر اور اسلامی مفکر جیسے ابوالاعلیٰ مودودی نے دولت کی منصفانہ تقسیم کو سماجی امن کی بنیاد قرار دیا ہے ۔</w:t>
        <w:br/>
        <w:br/>
        <w:t>اسلام صرف عبادات ہی نہیں بلکہ معاشرت ، معشیت ، سیاست ، عدل ، ایثار اور اجتماعی فلاح و بہبود کا جامع اور ہر دور میں قابل عمل منصوبہ اور مکمل ضابطہ حیات فراہم کرتا ہے</w:t>
        <w:br/>
        <w:br/>
        <w:t>اسلام نے اپنی آئینی کتاب</w:t>
        <w:br/>
        <w:t xml:space="preserve"> " قرآن مجید"  میں  معاش کے حصول اور استعمال کا ایک ایسا پائیدار اور قابل عمل </w:t>
        <w:br/>
        <w:t>نظام مرتب دیا</w:t>
        <w:br/>
        <w:br/>
        <w:t xml:space="preserve"> جس سے دولت کا صاف ستھرا اور احسن  حصول، عالمگیر خوشحالی ، عدل ، سماجی برابری ، فلاح عامہ ، مالیاتی استحکام ، روزگار کے مواقع ، سرمایہ کاری میں بڑھوتری اور دلی و روحانی سکون کی ضمانت فراہم کی گئی ہے</w:t>
        <w:br/>
        <w:br/>
        <w:t xml:space="preserve">اسی نظام کا مرکزی ستون زکوٰۃ  ہے </w:t>
        <w:br/>
        <w:br/>
        <w:t>جو محض ایک مذہبی فریضہ ہی نہیں بلکہ ایک جامع معاشی اور سماجی نظام کی بنیاد پر ہے</w:t>
        <w:br/>
        <w:br/>
        <w:t>اسلام میں دولت اللہ کی امانت اور اسکا حق بندوں میں منصفانہ تقسیم کا زریعہ زکوٰۃ ہے</w:t>
        <w:br/>
        <w:t xml:space="preserve"> جو عدل اور غربت و بیروزگاری کے خاتمے کا موثر حل ہے</w:t>
        <w:br/>
        <w:br/>
        <w:t xml:space="preserve">زکوٰۃ معنی و اہمیت </w:t>
        <w:br/>
        <w:br/>
        <w:t xml:space="preserve">زکوٰۃ عربی لفظ " زکا" یعنی پاکیزگی اور بڑھوتری سے لیا گیا ہے </w:t>
        <w:br/>
        <w:br/>
        <w:t xml:space="preserve">قرآن مجید میں تیس سے زائد بار زکوٰۃ کا ذکر اسکی سماجی اہمیت کو ظاہر کرتا ہے </w:t>
        <w:br/>
        <w:br/>
        <w:t xml:space="preserve">معاشی فلسفہ </w:t>
        <w:br/>
        <w:br/>
        <w:t xml:space="preserve">اسلام میں دولت کی چند ہاتھوں میں مرتکز ہو کر طبقاتی فرق کو روکنے کےلئے دولت کی سرکولیشن کا موثر ذریعہ زکوٰۃ ہے </w:t>
        <w:br/>
        <w:br/>
        <w:t>زکوٰۃ کے زریعے ایک طرف اہل مال پر کم بوجھ جبکہ دوسری جانب پسماندہ طبقات تک دولت کی منتقلی کا بہاؤ نیچے کی سطح تک پہنچ کر غربت کی کمی ، روزگار کی فراہمی اور معاشی سرگرمیوں میں اضافہ کیا گیا ہے</w:t>
        <w:br/>
        <w:br/>
        <w:t xml:space="preserve">زکوٰۃ اور عدل </w:t>
        <w:br/>
        <w:br/>
        <w:t>بلا بحث و مباحثہ یہ حقیقت عیاں ہے کہ کسی بھی معاشرے کی تشکیل میں عدل اجتماعی کا قیام کلیدی کردار ادا کرتی ہے</w:t>
        <w:br/>
        <w:br/>
        <w:t xml:space="preserve">اقوام متحدہ کے ترقیاتی اہداف میں غربت کے خاتمے ، معاشی عدل و مساوات اور سماجی بہبود کو اولین ترجیح دی گئی ہے </w:t>
        <w:br/>
        <w:br/>
        <w:t xml:space="preserve">جبکہ </w:t>
        <w:br/>
        <w:t>اسلام نے چودہ سو سال قبل زکوٰۃ کے نظام کے زریعے انہی اہداف کی بنیاد رکھی تھی</w:t>
        <w:br/>
        <w:t>جب دولت سمیٹنے کے بجائے منصفانہ طریقے سے محروم طبقات تک پہنچے گی تو اس معاشرے سے میں نفرت ، حسد ، بغاوت اور طبقاتی کشمکش کا خود با خود خاتمہ ہو جاتا ہے جس کا مظاہرہ ہم آج کے کئی ممالک میں دیکھ سکتے ہیں</w:t>
        <w:br/>
        <w:t xml:space="preserve"> </w:t>
        <w:br/>
        <w:t xml:space="preserve"> اسی لیئے اسلامی نظام میں زکوٰۃ صرف امداد نہیں بلکہ انفرادی کے ساتھ ساتھ ریاستی فریضہ یے </w:t>
        <w:br/>
        <w:br/>
        <w:t xml:space="preserve">حضرت ابوبکر صدیق رضی اللہ تعالیٰ عنہ کا مشہور قول کہ </w:t>
        <w:br/>
        <w:t>" اگر کوئی زکوٰۃ ادا  کرنے سے انکار کرے گا تو میں اس سے جہاد کروں گا"</w:t>
        <w:br/>
        <w:br/>
        <w:t>یہ قول اس حقیقت کو واضح کرتا ہے کہ زکوٰۃ معاشرے میں عدل و مساوات کے تحفظ کے لیے ناگزیر اور سوشل جسٹس کو یقینی بنانے کے لیے ریاستی زمہ داری ہے</w:t>
        <w:br/>
        <w:br/>
        <w:t xml:space="preserve">زکوٰۃ اور معاشی ترقی </w:t>
        <w:br/>
        <w:br/>
        <w:t>زکوٰۃ ایک پائیدار معاشی نظام ہے اس نظام کے زریعے انفرادی اور ریاستی معاشی ترقی کی راہیں ہموار ہوتی ہیں</w:t>
        <w:br/>
        <w:t xml:space="preserve"> جیسے </w:t>
        <w:br/>
        <w:br/>
        <w:t>1۔ اہل مال جب اپنی زکوٰۃ ادا کرے گا تو اس کی غیر فعال دولت ( ڈیڈ منی ) مارکیٹ میں آنے سے کاروباری سرگرمیوں میں اضافہ ہوتا ہے ۔</w:t>
        <w:br/>
        <w:br/>
        <w:t xml:space="preserve">2. کاروباری سرگرمیوں سے روزگار کے مواقع زیادہ پیدا ہوتے ہیں جس سے غربت اور بیروزگاری میں کمی آجاتی ہے </w:t>
        <w:br/>
        <w:br/>
        <w:t>3. جب کم آمدن والے طبقے کی قوت خرید بڑھے گی تو مارکیٹ میں طلب و رسد میں اضافہ ہو جاتا ہے۔</w:t>
        <w:br/>
        <w:br/>
        <w:t xml:space="preserve">4. اور جب طب و رسد میں اضافہ ہوگا تو پیداوار اور تجارت کو فروغ حاصل ہو گا </w:t>
        <w:br/>
        <w:br/>
        <w:t xml:space="preserve">5 اور پھر جب مالی خوشحالی ہوگی تو ریاست غیروں کے قرضوں پر انحصار کے بجائے اپنے ذرائع سے معاملات حکومت بہتر طریقے سے چلا سکے گی </w:t>
        <w:br/>
        <w:br/>
        <w:t>اگر مسلم ممالک اپنی مجموعی جی ڈی پی کا صرف اڑھائی فیصد زکوٰۃ کی مد میں باقاعدگی سے جمع کریں تو تقریباً تین چار سو ارب ڈالر سالانہ سماجی بہبود پر خرچ کیے جاسکتے ہیں جو غربت کے مکمل خاتمے کے لیے کافی ہے</w:t>
        <w:br/>
        <w:br/>
        <w:t xml:space="preserve"> ۔زکوٰۃ اور فلاح عامہ </w:t>
        <w:br/>
        <w:br/>
        <w:t>زکوٰۃ انسان کے قلب میں عدل ، ایثار اور اجتماعی ترقی کی روح پھونکنے کا نظام ہے</w:t>
        <w:br/>
        <w:br/>
        <w:t xml:space="preserve">زکوٰۃ ایک ایسا جامع معاشی نظام ہے جو معاشرے کے تمام طبقات کو فائدہ پہنچاتا ہے </w:t>
        <w:br/>
        <w:t xml:space="preserve">زکوٰۃ کی تقسیم صرف مالی مدد نہیں بلکہ عالمگیر فلاح و بہبود کا نظام ہے </w:t>
        <w:br/>
        <w:t xml:space="preserve">جس کی عالمگیریت کی مثال قرآن مجید میں زکوٰۃ کے مصارف کی  تقسیم سے باآسانی لگایا جاسکتا ہے جس کے مطابق زکوٰۃ کی تقسیم کے آٹھ  مندرجہ ذیل اقسام ہیں </w:t>
        <w:br/>
        <w:br/>
        <w:t>1. فقراء:   وہ لوگ جو اپنی بنیادی ضروریات پوری کرنے کی طاقت نہیں رکھتے۔</w:t>
        <w:br/>
        <w:br/>
        <w:t>2. مساکین: وہ لوگ جو فقراء سے بھی زیادہ تنگدست اور محتاج ہوں۔</w:t>
        <w:br/>
        <w:br/>
        <w:t>3. عاملین زکوٰة: وہ افراد جو زکوٰة جمع کرنے اور تقسیم کرنے پر مقرر کیے گئے ہوں۔</w:t>
        <w:br/>
        <w:br/>
        <w:t>4. مؤلفة القلوب: وہ لوگ جن کے دل اسلام کی طرف مائل کرنے کے لیے مدد کی جائے۔</w:t>
        <w:br/>
        <w:br/>
        <w:t>5. غلام آزاد کرانے والے: وہ لوگ جو غلاموں یا قیدیوں کی آزادی کے لیے کام کرتے ہیں۔</w:t>
        <w:br/>
        <w:br/>
        <w:t>6. قرضدار: وہ شخص جو قرض کے بوجھ تلے دبا ہو اور ادا کرنے کی استطاعت نہ رکھتا ہو۔</w:t>
        <w:br/>
        <w:br/>
        <w:t>7. فی سبیل اللہ: وہ لوگ جو اللہ کے دین کی خدمت یا جہاد کے راستے میں ہوں۔</w:t>
        <w:br/>
        <w:br/>
        <w:t>8. مسافر: وہ شخص جو سفر میں ہو اور اس کے پاس خرچ ختم ہو گیا ہو۔</w:t>
        <w:br/>
        <w:br/>
        <w:t xml:space="preserve">یہ تقسیم زکوٰۃ کی فلاح عامہ کی سب سے بڑی دلیل ہے </w:t>
        <w:br/>
        <w:br/>
        <w:t>اگر ریاستی سطح پر ان اصولوں کے مطابق زکوٰۃ کا استعمال کیا جائے تو روزگار ، تعلیم ، صحت ، رہائش ، اور سماجی تحفظ کے تمام پہلوؤں کو بہتر بنایا جاسکتا ہے</w:t>
        <w:br/>
        <w:br/>
        <w:t>اگر مسلم ممالک زکوٰۃ کو منظم معاشی پالیسی کا حصہ بنا لیں تو نہ صرف داخلی عدل ، امن اور خود کفالت ممکن ہے بلکہ عالمی سطح پر ایک مضبوط اور فلاحی امت مسلمہ کی تشکیل بھی ہو سکتی ہے</w:t>
        <w:br/>
        <w:br/>
        <w:t xml:space="preserve">اختتامیہ </w:t>
        <w:br/>
        <w:br/>
        <w:t xml:space="preserve">زکوٰۃ ایک ایسا الٰہی معاشی نظام ہے جو انسان کے روحانی تزکیے سے لے کر معاشی خود کفالت تک کا جامع تصور پیش کرتا ہے </w:t>
        <w:br/>
        <w:br/>
        <w:t xml:space="preserve">اب ضرورت اس امرکی ہےکہ  زکوٰۃ کو صحیح معنوں میں ریاستی پالیسی کا حصہ بنا لیا جائے تو </w:t>
        <w:br/>
        <w:br/>
        <w:t>نہ صرف معاشرتی عدل اور غربت کا خاتمہ ممکن ہے بلکہ ایک خوشحال ، مستحکم اور پر امن فلاحی ریاست کی بنیاد رکھی جاسکتی ہے</w:t>
        <w:br/>
        <w:br/>
        <w:t xml:space="preserve">رانا تصور علی </w:t>
        <w:br/>
        <w:t xml:space="preserve">مدرس </w:t>
        <w:br/>
        <w:t xml:space="preserve">مدرسہ عربیہ اطھر العلوم طاھریہ جھڈو </w:t>
        <w:br/>
        <w:t>شناختی کارڈ نمبر 4410108044837</w:t>
        <w:br/>
        <w:t>فون نمبر 03142476160</w:t>
        <w:br/>
        <w:t xml:space="preserve">ایڈریس </w:t>
        <w:br/>
        <w:t xml:space="preserve">پوسٹ آفس جھڈو </w:t>
        <w:br/>
        <w:t xml:space="preserve">ضلع میرپور خاص </w:t>
        <w:br/>
        <w:t>مدرسہ عربیہ اطھر العلوم طاھریہ اسلم ٹاؤن جھڈو</w:t>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