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استحصالی ٹیکسوں کا خاتمہ — زکوة پر مبنی نظامِ انصاف، معاشی ترقی اور بہبودِ عامہ کے لیے</w:t>
      </w:r>
    </w:p>
    <w:p>
      <w:r>
        <w:br/>
        <w:t>تعارف</w:t>
        <w:br/>
        <w:t>دنیا بھر میں معاشی ناہمواری اور دولت کی غیر منصفانہ تقسیم موجودہ مالیاتی و ٹیکسیشن نظام کی ناکامی کا ثبوت ہے۔ جدید ریاستیں بظاہر مساوات اور خوشحالی کے دعوے کرتی ہیں مگر حقیقت یہ ہے کہ سرمایہ دارانہ معیشت کے زیرِ سایہ غریب مزید غریب اور امیر مزید امیر ہوتا جا رہا ہے۔ پاکستان جیسے ترقی پذیر ممالک میں یہ مسئلہ مزید گہرا ہے جہاں غیر منصفانہ ٹیکسوں، کرپشن اور سودی نظام نے عوام پر بوجھ ڈال رکھا ہے۔ اس استحصالی ڈھانچے سے نکلنے کا واحد پائیدار حل اسلام کے عادلانہ مالیاتی اصولوں پر مبنی زکوة کے نظام کو ریاستی سطح پر نافذ کرنا ہے، جو انصاف، مساوات اور فلاحِ عامہ کی حقیقی ضمانت دیتا ہے۔</w:t>
        <w:br/>
        <w:br/>
        <w:t>موجودہ ٹیکسیشن نظام کے مسائل</w:t>
        <w:br/>
        <w:t>موجودہ ٹیکس نظام سرمایہ دارانہ فلسفے پر مبنی ہے جس کا بنیادی مقصد ریاستی اخراجات پورے کرنا اور بجٹ خسارہ کم کرنا ہے، نہ کہ دولت کی منصفانہ تقسیم۔</w:t>
        <w:br/>
        <w:t>- بالواسطہ ٹیکس (Indirect Taxes) جیسے سیلز ٹیکس اور کسٹم ڈیوٹی غریب عوام پر زیادہ بوجھ ڈالتے ہیں، کیونکہ ایک مزدور اور ایک دولت مند دونوں ایک ہی شرح سے ٹیکس ادا کرتے ہیں۔</w:t>
        <w:br/>
        <w:t>- آمدنی ٹیکس (Income Tax) میں بھی بے ضابطگیاں، کرپشن اور ٹیکس چوری عام ہیں۔</w:t>
        <w:br/>
        <w:t>- نتیجتاً، ریاستی محصولات کا بڑا حصہ اشرافیہ کی مراعات اور غیر پیداواری شعبوں پر خرچ ہوتا ہے جبکہ عوام کو تعلیم، صحت اور روزگار کے مواقع میسر نہیں۔</w:t>
        <w:br/>
        <w:br/>
        <w:t>یہ نظام دراصل استحصالی (Exploitative) ہے، جو کمزور طبقے سے وسائل نچوڑ کر طاقتور طبقے کو سہولت دیتا ہے۔ یہ عدلِ اجتماعی کے برعکس ہے جس کی بنیاد قرآن نے رکھی۔</w:t>
        <w:br/>
        <w:br/>
        <w:t>زکوة پر مبنی نظامِ معیشت: نظریاتی بنیاد</w:t>
        <w:br/>
        <w:t>اسلامی معیشت کا تصور صرف دولت کے حصول پر نہیں بلکہ اس کی منصفانہ گردش پر مبنی ہے۔ زکوة اس تصور کا بنیادی ستون ہے۔</w:t>
        <w:br/>
        <w:t>قرآنِ کریم میں ارشاد ہے:</w:t>
        <w:br/>
        <w:t>“خذ من أموالهم صدقة تطهرهم وتزكيهم بها” (التوبہ: 103)</w:t>
        <w:br/>
        <w:t>زکوة ایک عبادت بھی ہے اور معاشی پالیسی بھی۔ اس کے نفاذ سے دولت محدود طبقے میں گردش نہیں کرتی بلکہ معاشرے کے ہر طبقے تک پہنچتی ہے۔ اسلامی نظام میں زکوة محض خیرات نہیں بلکہ ریاستی فریضہ ہے، جس کا مقصد معیشت کو استحصال سے پاک کرنا، غربت ختم کرنا اور فلاحی ریاست قائم کرنا ہے۔</w:t>
        <w:br/>
        <w:br/>
        <w:t>زکوة کے عملی فوائد اور معاشرتی اثرات</w:t>
        <w:br/>
        <w:t>1. دولت کی منصفانہ تقسیم</w:t>
        <w:br/>
        <w:t>2. غربت کا خاتمہ</w:t>
        <w:br/>
        <w:t>3. اخلاقی و روحانی تطہیر</w:t>
        <w:br/>
        <w:t>4. سماجی استحکام</w:t>
        <w:br/>
        <w:t>5. پائیدار ترقی</w:t>
        <w:br/>
        <w:br/>
        <w:t>اسلامی ماڈلز اور جدید ریاستی امکانات</w:t>
        <w:br/>
        <w:t>تاریخِ اسلام میں خلفائے راشدین کا دور زکوة کے نظام کا عملی نمونہ پیش کرتا ہے۔</w:t>
        <w:br/>
        <w:t>خلیفہ دوم حضرت عمرؓ کے زمانے میں بیت المال میں اتنی خوشحالی تھی کہ زکوة لینے والا کوئی نہیں ملتا تھا۔</w:t>
        <w:br/>
        <w:t>اسی اصول پر جدید اسلامی ریاستیں اگر زکوة کو ریاستی مالیاتی پالیسی کے طور پر اپنائیں تو درج ذیل نتائج حاصل ہو سکتے ہیں:</w:t>
        <w:br/>
        <w:t>- سودی قرضوں کی ضرورت ختم ہو جائے گی۔</w:t>
        <w:br/>
        <w:t>- مہنگائی اور خسارہ کم ہو گا۔</w:t>
        <w:br/>
        <w:t>- سماجی بہبود کے منصوبے پائیدار بنیادوں پر قائم ہوں گے۔</w:t>
        <w:br/>
        <w:t>- عوام میں ریاست پر اعتماد بڑھے گا اور ٹیکس چوری کم ہو گی۔</w:t>
        <w:br/>
        <w:br/>
        <w:t>نتیجہ اور تجاویز</w:t>
        <w:br/>
        <w:t>استحصالی ٹیکس نظام نے معاشی ناانصافی، طبقاتی تفریق اور غربت کو جنم دیا ہے۔ اس سے نجات کا واحد راستہ زکوة پر مبنی عادلانہ مالیاتی نظام کا نفاذ ہے۔</w:t>
        <w:br/>
        <w:t>ریاست کو چاہیے کہ:</w:t>
        <w:br/>
        <w:t>- زکوة کو مرکزی مالیاتی پالیسی بنائے۔</w:t>
        <w:br/>
        <w:t>- محصولات کا انحصار سودی نظام اور بالواسطہ ٹیکسوں پر کم کرے۔</w:t>
        <w:br/>
        <w:t>- بیت المال کو جدید ٹیکنالوجی کے ذریعے مؤثر بنائے۔</w:t>
        <w:br/>
        <w:t>- زکوة فنڈز کو تعلیم، صحت اور روزگار کے منصوبوں میں لگائے۔</w:t>
        <w:br/>
        <w:br/>
        <w:t>خلاصہ</w:t>
        <w:br/>
        <w:t>زکوة پر مبنی نظام معیشت صرف ایک مذہبی نظریہ نہیں بلکہ ایک انسان دوست معاشی ماڈل ہے جو جدید دنیا کو انصاف، مساوات اور پائیدار ترقی کی راہ دکھا سکتا ہے۔ یہی وہ نظام ہے جو انسانیت کو استحصالی ٹیکسوں کے اندھیرے سے نکال کر فلاحی ریاست کے نور میں لا سکتا ہے۔</w:t>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